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Language myths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Anglais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laurie bauer/ peter trudgill/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1ed.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Penguin Books/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188p.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9780140260236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