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erchant of Ven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88227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