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enguin History Of The US 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gh brog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25255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