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Upper-intermediate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9780521677431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