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منهجية البحث العلمي للجامعيين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صلاح الدين شروخ/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9961805534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منهجية البحث العلمي/ الطلبة الجامعيين/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