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ings Fall Apa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nua acheb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820231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