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قاموس المصطلحات القانونية في تسيير شؤون الجماعات المحلية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عمتوت عمر/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9789961653111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