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مالية السوق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نصيب رجم/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العلوم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978996190946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مالية السوق/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