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سكينة بن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المحمدية العامة/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9789961927342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