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ميزة تنافسية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حمداوي وسيلة/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قالمة/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3306023030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محاسبة البنوك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