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earch Methode in Applie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ltan dorny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42258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