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السلوك التنظيمي و التطويرالإداري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د جمال الدين لعويسات/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هومه/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تنافسية المنظمات/ السلوك التنظيمي/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