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 Introduction to Language And linguistics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ralph w Fasold/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9780521612357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