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 Secret A Gent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Joseph Conrad/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Penguim Popular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9780140624090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