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مدخل المعلومات والاستراتيجيات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منير نوري/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التسويق/ الاستراتيجيات/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