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والهيمنة الاقتصادية و معوقات 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OPU4553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الحداثة/ الهيمنة الامريكية/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