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العولمة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عبد القادر تومي/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هومه/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9789947025420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العولمة/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