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الاقتصادية والامن الدولي مدخل الى الجيو 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جاك فونتانال/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الاقتصاد السياسي/ تنافسية المنظمات/ الارهاب/ السلاح/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