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Works of James Joyce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9781853264276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