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ctorian Poe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ul driv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209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