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Selected poems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Thomas Hardy/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Penguim Popular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9780140433418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