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Room with a View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E.M. 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9780521549189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