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study in scarlet and the sign of the fo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r arthur conan doy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84022411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