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Cannery Row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John Steinbeck/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9780741185082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