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Dictionary of Homonyms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 Rothwell/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9781840225426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