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Burmese days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9780140182279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