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Christmas carol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Charles Dickens/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9780140071207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