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Ulysses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James Joyce/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9781840226355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