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Civil W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es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44187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