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George Orwell burmese days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john cowper powys/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0140182276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