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Life And Voyages Of Christopher Columb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gh griffi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84022069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