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Tom Sawyer Hucklederry finn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mark twain/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Wordsworth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9781853260117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