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 the lighthouse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Virginia Woolf/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Penguin Books/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9780141183411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