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r Arthur Conan Doy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vid stuart davi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84022570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