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Shorter novels of Charles Dick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liver twis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84022059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