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Light in August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Faulkner/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9780679732266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