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David Copperfield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Charles Dickens/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9780140623192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