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turn Of the N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5326238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