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مراجعة الحسابات المتقدمة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حسين أحمد دحدوح/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9789957163976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المحاسبة المالية/ تدقيق الحسابات/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