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الإستثمارية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دريد كامل أل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9789957065775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الاقتصاد المالي/ الاستثمار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