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الإقتصادية العالمية وتداعياتها على الشرق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العمواسي/ أحمد زهدي/ تيسير أبوصيام/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الشرق الاوسط/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