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الإعلان عن الأرباح في سلوك المستثمرين بالاتجار بالأسهم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حسام ابراهيم العبداللات/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9789957810467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محاسبة الاستثمارات/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