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Far From The Madding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Thomas Hardy/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Penguim Popular Classics/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374p.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9780140623956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