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محمد الهزاع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دارقنديد/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