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Go down moses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william Faulkner/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42036922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