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Nineteen Eighty-four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George Orwell/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42051255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