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Journey To The Centre Of The Earth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Jules Verne/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York Simplifiel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77160354X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