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Phrasal Verbs in 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Michael  McCarthy/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9780521527279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