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قراءات في الشعر الاندلسي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صلاح جرار/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9789957063115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