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egic Reading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k c-rechard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55579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